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6FD" w:rsidRPr="005A7935" w:rsidRDefault="00F31A0A" w:rsidP="007A3983">
      <w:pPr>
        <w:pStyle w:val="Titolo"/>
        <w:jc w:val="center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>DOMANDA DI PARTECIPAZIONE</w:t>
      </w:r>
    </w:p>
    <w:p w:rsidR="00AC76FD" w:rsidRDefault="00F31A0A" w:rsidP="007A3983">
      <w:pPr>
        <w:spacing w:after="160"/>
        <w:jc w:val="center"/>
        <w:rPr>
          <w:rFonts w:ascii="Garamond" w:hAnsi="Garamond"/>
          <w:b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Manifestazione di interesse per l’affidamento dei servizi integrati in materia di sicurezza e salute nei </w:t>
      </w:r>
      <w:r w:rsidR="007A3983" w:rsidRPr="005A7935">
        <w:rPr>
          <w:rFonts w:ascii="Garamond" w:hAnsi="Garamond"/>
          <w:b/>
          <w:sz w:val="20"/>
          <w:szCs w:val="20"/>
        </w:rPr>
        <w:t>luoghi di lavoro – triennio 2026</w:t>
      </w:r>
      <w:r w:rsidRPr="005A7935">
        <w:rPr>
          <w:rFonts w:ascii="Garamond" w:hAnsi="Garamond"/>
          <w:b/>
          <w:sz w:val="20"/>
          <w:szCs w:val="20"/>
        </w:rPr>
        <w:t>/2028</w:t>
      </w:r>
    </w:p>
    <w:p w:rsidR="00CC0469" w:rsidRPr="005A7935" w:rsidRDefault="00CC0469" w:rsidP="007A3983">
      <w:pPr>
        <w:spacing w:after="160"/>
        <w:jc w:val="center"/>
        <w:rPr>
          <w:rFonts w:ascii="Garamond" w:hAnsi="Garamond"/>
          <w:sz w:val="20"/>
          <w:szCs w:val="20"/>
        </w:rPr>
      </w:pPr>
    </w:p>
    <w:p w:rsidR="00AC76FD" w:rsidRPr="005A7935" w:rsidRDefault="00F31A0A" w:rsidP="007A3983">
      <w:pPr>
        <w:spacing w:after="0"/>
        <w:jc w:val="right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>Al Consorzio Intercomunale Acquedotto Vina</w:t>
      </w:r>
    </w:p>
    <w:p w:rsidR="00AC76FD" w:rsidRDefault="00F31A0A" w:rsidP="007A3983">
      <w:pPr>
        <w:spacing w:after="160"/>
        <w:jc w:val="right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 xml:space="preserve">PEC: </w:t>
      </w:r>
      <w:hyperlink r:id="rId8" w:history="1">
        <w:r w:rsidR="00CC0469" w:rsidRPr="00337136">
          <w:rPr>
            <w:rStyle w:val="Collegamentoipertestuale"/>
            <w:rFonts w:ascii="Garamond" w:hAnsi="Garamond"/>
            <w:sz w:val="20"/>
            <w:szCs w:val="20"/>
          </w:rPr>
          <w:t>acquedottovina@pec.it</w:t>
        </w:r>
      </w:hyperlink>
    </w:p>
    <w:p w:rsidR="00CC0469" w:rsidRPr="005A7935" w:rsidRDefault="00CC0469" w:rsidP="007A3983">
      <w:pPr>
        <w:spacing w:after="160"/>
        <w:jc w:val="right"/>
        <w:rPr>
          <w:rFonts w:ascii="Garamond" w:hAnsi="Garamond"/>
          <w:sz w:val="20"/>
          <w:szCs w:val="20"/>
        </w:rPr>
      </w:pPr>
    </w:p>
    <w:p w:rsidR="00AC76FD" w:rsidRPr="005A7935" w:rsidRDefault="00F31A0A" w:rsidP="005A7935">
      <w:pPr>
        <w:spacing w:after="120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Il/La sottoscritto/a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________________________________________________________________________</w:t>
      </w:r>
      <w:r w:rsidR="00B65E8E" w:rsidRPr="005A7935">
        <w:rPr>
          <w:rFonts w:ascii="Garamond" w:hAnsi="Garamond"/>
          <w:sz w:val="20"/>
          <w:szCs w:val="20"/>
        </w:rPr>
        <w:t>_______</w:t>
      </w:r>
    </w:p>
    <w:p w:rsid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nato/a a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il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</w:t>
      </w:r>
      <w:r w:rsidR="00B65E8E" w:rsidRPr="005A7935">
        <w:rPr>
          <w:rFonts w:ascii="Garamond" w:hAnsi="Garamond"/>
          <w:sz w:val="20"/>
          <w:szCs w:val="20"/>
        </w:rPr>
        <w:t>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codice fiscale  </w:t>
      </w:r>
      <w:r w:rsidRPr="005A7935">
        <w:rPr>
          <w:rFonts w:ascii="Garamond" w:hAnsi="Garamond"/>
          <w:sz w:val="20"/>
          <w:szCs w:val="20"/>
        </w:rPr>
        <w:t>_____________________________________</w:t>
      </w:r>
      <w:r w:rsidR="005A7935">
        <w:rPr>
          <w:rFonts w:ascii="Garamond" w:hAnsi="Garamond"/>
          <w:sz w:val="20"/>
          <w:szCs w:val="20"/>
        </w:rPr>
        <w:t>______________________________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residente in (indirizzo, CAP, Comune e Provincia)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in qualità di (titolare / legale rappresentante / professionista / altro)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dell’operatore economico / studio (denominazione)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con sede legale in (indirizzo, CAP, Comune e Provincia)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codice fiscale / partita IVA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PEC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telefono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________________________________________________________________________</w:t>
      </w:r>
    </w:p>
    <w:p w:rsidR="00AC76FD" w:rsidRPr="005A7935" w:rsidRDefault="00F31A0A" w:rsidP="005A7935">
      <w:pPr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iscrizione CCIAA (se applicabile: sede, numero e attività)  </w:t>
      </w:r>
      <w:r w:rsidRPr="005A7935">
        <w:rPr>
          <w:rFonts w:ascii="Garamond" w:hAnsi="Garamond"/>
          <w:sz w:val="20"/>
          <w:szCs w:val="20"/>
        </w:rPr>
        <w:t>________________________________________________________________________________</w:t>
      </w:r>
    </w:p>
    <w:p w:rsidR="007A3983" w:rsidRPr="005A7935" w:rsidRDefault="007A3983" w:rsidP="005A7935">
      <w:pPr>
        <w:pStyle w:val="Titolo1"/>
        <w:rPr>
          <w:rFonts w:ascii="Garamond" w:hAnsi="Garamond"/>
          <w:sz w:val="20"/>
          <w:szCs w:val="20"/>
        </w:rPr>
      </w:pPr>
    </w:p>
    <w:p w:rsidR="00AC76FD" w:rsidRPr="005A7935" w:rsidRDefault="00F31A0A" w:rsidP="007A3983">
      <w:pPr>
        <w:pStyle w:val="Titolo1"/>
        <w:jc w:val="center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>CHIEDE</w:t>
      </w:r>
    </w:p>
    <w:p w:rsidR="007A3983" w:rsidRPr="005A7935" w:rsidRDefault="007A3983" w:rsidP="007A3983">
      <w:pPr>
        <w:jc w:val="both"/>
        <w:rPr>
          <w:rFonts w:ascii="Garamond" w:hAnsi="Garamond"/>
          <w:sz w:val="20"/>
          <w:szCs w:val="20"/>
        </w:rPr>
      </w:pPr>
    </w:p>
    <w:p w:rsidR="00AC76FD" w:rsidRPr="005A7935" w:rsidRDefault="00F31A0A" w:rsidP="007A3983">
      <w:pPr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>di essere ammesso/a alla manifestazione di interesse e invitato/a alla successiva procedura negoziata tramite RDO sul MePA per l’affidamento dei servizi indicati nell’avviso del Consorzio Intercomunale Acquedotto Vina, per il triennio 2026/2028.</w:t>
      </w:r>
    </w:p>
    <w:p w:rsidR="007A3983" w:rsidRPr="005A7935" w:rsidRDefault="007A3983" w:rsidP="007A3983">
      <w:pPr>
        <w:jc w:val="both"/>
        <w:rPr>
          <w:rFonts w:ascii="Garamond" w:hAnsi="Garamond"/>
          <w:sz w:val="20"/>
          <w:szCs w:val="20"/>
        </w:rPr>
      </w:pPr>
    </w:p>
    <w:p w:rsidR="007A3983" w:rsidRPr="005A7935" w:rsidRDefault="007A3983" w:rsidP="007A3983">
      <w:pPr>
        <w:jc w:val="both"/>
        <w:rPr>
          <w:rFonts w:ascii="Garamond" w:hAnsi="Garamond"/>
          <w:sz w:val="20"/>
          <w:szCs w:val="20"/>
        </w:rPr>
      </w:pPr>
    </w:p>
    <w:p w:rsidR="007A3983" w:rsidRPr="005A7935" w:rsidRDefault="007A3983" w:rsidP="007A3983">
      <w:pPr>
        <w:jc w:val="both"/>
        <w:rPr>
          <w:rFonts w:ascii="Garamond" w:hAnsi="Garamond"/>
          <w:sz w:val="20"/>
          <w:szCs w:val="20"/>
        </w:rPr>
      </w:pPr>
    </w:p>
    <w:p w:rsidR="00AC76FD" w:rsidRPr="005A7935" w:rsidRDefault="00F31A0A" w:rsidP="007A3983">
      <w:pPr>
        <w:pStyle w:val="Titolo1"/>
        <w:jc w:val="center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>FORMA DI PARTECIPAZIONE</w:t>
      </w:r>
    </w:p>
    <w:p w:rsidR="00AC76FD" w:rsidRPr="005A7935" w:rsidRDefault="00F31A0A" w:rsidP="007A3983">
      <w:pPr>
        <w:spacing w:after="60"/>
        <w:ind w:left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Operatore economico in forma individuale.</w:t>
      </w:r>
    </w:p>
    <w:p w:rsidR="00AC76FD" w:rsidRPr="005A7935" w:rsidRDefault="00F31A0A" w:rsidP="007A3983">
      <w:pPr>
        <w:spacing w:after="60"/>
        <w:ind w:left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Raggruppamento temporaneo / consorzio costituito. Denominazione e ruolo: ______________________________</w:t>
      </w:r>
    </w:p>
    <w:p w:rsidR="00AC76FD" w:rsidRPr="005A7935" w:rsidRDefault="00F31A0A" w:rsidP="007A3983">
      <w:pPr>
        <w:spacing w:after="60"/>
        <w:ind w:left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Raggruppamento temporaneo / consorzio da costituire. Mandatario e componenti: __________________________</w:t>
      </w:r>
    </w:p>
    <w:p w:rsidR="00AC76FD" w:rsidRPr="005A7935" w:rsidRDefault="00F31A0A" w:rsidP="007A3983">
      <w:pPr>
        <w:ind w:left="142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Gli altri componenti e i rispettivi ruoli sono indicati qui (se pertinente): </w:t>
      </w:r>
      <w:r w:rsidRPr="005A7935">
        <w:rPr>
          <w:rFonts w:ascii="Garamond" w:hAnsi="Garamond"/>
          <w:sz w:val="20"/>
          <w:szCs w:val="20"/>
        </w:rPr>
        <w:t>________________________________________</w:t>
      </w:r>
    </w:p>
    <w:p w:rsidR="007A3983" w:rsidRPr="005A7935" w:rsidRDefault="007A3983" w:rsidP="007A3983">
      <w:pPr>
        <w:pStyle w:val="Titolo1"/>
        <w:jc w:val="both"/>
        <w:rPr>
          <w:rFonts w:ascii="Garamond" w:hAnsi="Garamond"/>
          <w:sz w:val="20"/>
          <w:szCs w:val="20"/>
        </w:rPr>
      </w:pPr>
    </w:p>
    <w:p w:rsidR="005A7935" w:rsidRDefault="005A7935" w:rsidP="007A3983">
      <w:pPr>
        <w:pStyle w:val="Titolo1"/>
        <w:jc w:val="center"/>
        <w:rPr>
          <w:rFonts w:ascii="Garamond" w:hAnsi="Garamond"/>
          <w:sz w:val="20"/>
          <w:szCs w:val="20"/>
        </w:rPr>
      </w:pPr>
    </w:p>
    <w:p w:rsidR="00AC76FD" w:rsidRPr="005A7935" w:rsidRDefault="00F31A0A" w:rsidP="007A3983">
      <w:pPr>
        <w:pStyle w:val="Titolo1"/>
        <w:jc w:val="center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>DICHIARA</w:t>
      </w:r>
    </w:p>
    <w:p w:rsidR="007A3983" w:rsidRPr="005A7935" w:rsidRDefault="007A3983" w:rsidP="007A3983">
      <w:pPr>
        <w:rPr>
          <w:rFonts w:ascii="Garamond" w:hAnsi="Garamond"/>
          <w:sz w:val="20"/>
          <w:szCs w:val="20"/>
        </w:rPr>
      </w:pPr>
    </w:p>
    <w:p w:rsidR="00AC76FD" w:rsidRPr="005A7935" w:rsidRDefault="00F31A0A" w:rsidP="007A3983">
      <w:pPr>
        <w:spacing w:after="60"/>
        <w:ind w:left="173" w:hanging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di possedere i requisiti di ordine generale e di non trovarsi in alcuna delle cause di esclusione previste dall’art. 94 e seguenti del D.Lgs. 36/2023;</w:t>
      </w:r>
    </w:p>
    <w:p w:rsidR="00AC76FD" w:rsidRPr="005A7935" w:rsidRDefault="00F31A0A" w:rsidP="007A3983">
      <w:pPr>
        <w:spacing w:after="60"/>
        <w:ind w:left="173" w:hanging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di non essere destinatario/a del divieto di contrattare con la pubblica amministrazione di cui all’art. 53, comma 16-ter, del D.Lgs. 165/2001;</w:t>
      </w:r>
    </w:p>
    <w:p w:rsidR="00AC76FD" w:rsidRPr="005A7935" w:rsidRDefault="00F31A0A" w:rsidP="007A3983">
      <w:pPr>
        <w:spacing w:after="60"/>
        <w:ind w:left="173" w:hanging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se soggetto giuridico, di essere iscritto/a alla Camera di Commercio per attività simili a quelle oggetto dell’avviso;</w:t>
      </w:r>
    </w:p>
    <w:p w:rsidR="00AC76FD" w:rsidRPr="005A7935" w:rsidRDefault="00F31A0A" w:rsidP="007A3983">
      <w:pPr>
        <w:spacing w:after="60"/>
        <w:ind w:left="173" w:hanging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di avere svolto, nell’ultimo quinquennio, i medesimi servizi oggetto della procedura per almeno tre anni a favore di soggetti pubblici; i servizi sono indicati di seguito;</w:t>
      </w:r>
    </w:p>
    <w:p w:rsidR="00AC76FD" w:rsidRPr="005A7935" w:rsidRDefault="00F31A0A" w:rsidP="007A3983">
      <w:pPr>
        <w:spacing w:after="60"/>
        <w:ind w:left="173" w:hanging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di avere preso visione dell’avviso e di accettarne le condizioni e modalità di partecipazione;</w:t>
      </w:r>
    </w:p>
    <w:p w:rsidR="00AC76FD" w:rsidRPr="005A7935" w:rsidRDefault="00F31A0A" w:rsidP="007A3983">
      <w:pPr>
        <w:spacing w:after="60"/>
        <w:ind w:left="173" w:hanging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di essere consapevole che questa domanda non costituisce offerta tecnica né economica e che l’eventuale possesso dei requisiti sarà verificato nelle successive fasi della procedura;</w:t>
      </w:r>
    </w:p>
    <w:p w:rsidR="00AC76FD" w:rsidRPr="005A7935" w:rsidRDefault="00F31A0A" w:rsidP="007A3983">
      <w:pPr>
        <w:spacing w:after="60"/>
        <w:ind w:left="173" w:hanging="173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/>
          <w:sz w:val="20"/>
          <w:szCs w:val="20"/>
        </w:rPr>
        <w:t>☐</w:t>
      </w:r>
      <w:r w:rsidRPr="005A7935">
        <w:rPr>
          <w:rFonts w:ascii="Garamond" w:hAnsi="Garamond"/>
          <w:sz w:val="20"/>
          <w:szCs w:val="20"/>
        </w:rPr>
        <w:t xml:space="preserve">  di impegnarsi a comunicare tempestivamente eventuali variazioni dei dati dichiarati e a presentare, se invitato/a, la documentazione richiesta nella procedura negoziata.</w:t>
      </w:r>
    </w:p>
    <w:p w:rsidR="007A3983" w:rsidRPr="005A7935" w:rsidRDefault="007A3983" w:rsidP="007A3983">
      <w:pPr>
        <w:spacing w:after="60"/>
        <w:ind w:left="173" w:hanging="173"/>
        <w:jc w:val="both"/>
        <w:rPr>
          <w:rFonts w:ascii="Garamond" w:hAnsi="Garamond"/>
          <w:sz w:val="20"/>
          <w:szCs w:val="20"/>
        </w:rPr>
      </w:pPr>
    </w:p>
    <w:p w:rsidR="00AC76FD" w:rsidRPr="005A7935" w:rsidRDefault="00F31A0A" w:rsidP="007A3983">
      <w:pPr>
        <w:pStyle w:val="Titolo1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>SERVIZI SVOLTI PRESSO SOGGETTI PUBBLICI</w:t>
      </w:r>
    </w:p>
    <w:p w:rsidR="00AC76FD" w:rsidRPr="005A7935" w:rsidRDefault="00F31A0A" w:rsidP="007A3983">
      <w:pPr>
        <w:spacing w:after="60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>Indicare committente pubblico, oggetto dei servizi e periodo di svolgimento, documentando almeno tre anni nell’ultimo quinquennio.</w:t>
      </w:r>
    </w:p>
    <w:tbl>
      <w:tblPr>
        <w:tblW w:w="10348" w:type="dxa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/>
      </w:tblPr>
      <w:tblGrid>
        <w:gridCol w:w="3331"/>
        <w:gridCol w:w="4320"/>
        <w:gridCol w:w="2697"/>
      </w:tblGrid>
      <w:tr w:rsidR="00AC76FD" w:rsidRPr="005A7935" w:rsidTr="007A3983">
        <w:trPr>
          <w:cantSplit/>
        </w:trPr>
        <w:tc>
          <w:tcPr>
            <w:tcW w:w="3331" w:type="dxa"/>
            <w:shd w:val="clear" w:color="auto" w:fill="E8EDF2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b/>
                <w:sz w:val="20"/>
                <w:szCs w:val="20"/>
              </w:rPr>
              <w:t>Ente pubblico committente</w:t>
            </w:r>
          </w:p>
        </w:tc>
        <w:tc>
          <w:tcPr>
            <w:tcW w:w="4320" w:type="dxa"/>
            <w:shd w:val="clear" w:color="auto" w:fill="E8EDF2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b/>
                <w:sz w:val="20"/>
                <w:szCs w:val="20"/>
              </w:rPr>
              <w:t>Servizi svolti</w:t>
            </w:r>
          </w:p>
        </w:tc>
        <w:tc>
          <w:tcPr>
            <w:tcW w:w="2697" w:type="dxa"/>
            <w:shd w:val="clear" w:color="auto" w:fill="E8EDF2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b/>
                <w:sz w:val="20"/>
                <w:szCs w:val="20"/>
              </w:rPr>
              <w:t>Periodo (dal/al)</w:t>
            </w:r>
          </w:p>
        </w:tc>
      </w:tr>
      <w:tr w:rsidR="00AC76FD" w:rsidRPr="005A7935" w:rsidTr="007A3983">
        <w:trPr>
          <w:cantSplit/>
        </w:trPr>
        <w:tc>
          <w:tcPr>
            <w:tcW w:w="3331" w:type="dxa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sz w:val="20"/>
                <w:szCs w:val="20"/>
              </w:rPr>
              <w:br/>
            </w:r>
            <w:r w:rsidRPr="005A7935">
              <w:rPr>
                <w:rFonts w:ascii="Garamond" w:hAnsi="Garamond"/>
                <w:sz w:val="20"/>
                <w:szCs w:val="20"/>
              </w:rPr>
              <w:br/>
            </w:r>
          </w:p>
        </w:tc>
        <w:tc>
          <w:tcPr>
            <w:tcW w:w="4320" w:type="dxa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sz w:val="20"/>
                <w:szCs w:val="20"/>
              </w:rPr>
              <w:br/>
            </w:r>
            <w:r w:rsidRPr="005A7935">
              <w:rPr>
                <w:rFonts w:ascii="Garamond" w:hAnsi="Garamond"/>
                <w:sz w:val="20"/>
                <w:szCs w:val="20"/>
              </w:rPr>
              <w:br/>
            </w:r>
          </w:p>
        </w:tc>
        <w:tc>
          <w:tcPr>
            <w:tcW w:w="2697" w:type="dxa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sz w:val="20"/>
                <w:szCs w:val="20"/>
              </w:rPr>
              <w:br/>
            </w:r>
            <w:r w:rsidRPr="005A7935">
              <w:rPr>
                <w:rFonts w:ascii="Garamond" w:hAnsi="Garamond"/>
                <w:sz w:val="20"/>
                <w:szCs w:val="20"/>
              </w:rPr>
              <w:br/>
            </w:r>
          </w:p>
        </w:tc>
      </w:tr>
      <w:tr w:rsidR="00AC76FD" w:rsidRPr="005A7935" w:rsidTr="007A3983">
        <w:trPr>
          <w:cantSplit/>
        </w:trPr>
        <w:tc>
          <w:tcPr>
            <w:tcW w:w="3331" w:type="dxa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sz w:val="20"/>
                <w:szCs w:val="20"/>
              </w:rPr>
              <w:br/>
            </w:r>
            <w:r w:rsidRPr="005A7935">
              <w:rPr>
                <w:rFonts w:ascii="Garamond" w:hAnsi="Garamond"/>
                <w:sz w:val="20"/>
                <w:szCs w:val="20"/>
              </w:rPr>
              <w:br/>
            </w:r>
          </w:p>
        </w:tc>
        <w:tc>
          <w:tcPr>
            <w:tcW w:w="4320" w:type="dxa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sz w:val="20"/>
                <w:szCs w:val="20"/>
              </w:rPr>
              <w:br/>
            </w:r>
            <w:r w:rsidRPr="005A7935">
              <w:rPr>
                <w:rFonts w:ascii="Garamond" w:hAnsi="Garamond"/>
                <w:sz w:val="20"/>
                <w:szCs w:val="20"/>
              </w:rPr>
              <w:br/>
            </w:r>
          </w:p>
        </w:tc>
        <w:tc>
          <w:tcPr>
            <w:tcW w:w="2697" w:type="dxa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sz w:val="20"/>
                <w:szCs w:val="20"/>
              </w:rPr>
              <w:br/>
            </w:r>
            <w:r w:rsidRPr="005A7935">
              <w:rPr>
                <w:rFonts w:ascii="Garamond" w:hAnsi="Garamond"/>
                <w:sz w:val="20"/>
                <w:szCs w:val="20"/>
              </w:rPr>
              <w:br/>
            </w:r>
          </w:p>
        </w:tc>
      </w:tr>
      <w:tr w:rsidR="00AC76FD" w:rsidRPr="005A7935" w:rsidTr="007A3983">
        <w:trPr>
          <w:cantSplit/>
        </w:trPr>
        <w:tc>
          <w:tcPr>
            <w:tcW w:w="3331" w:type="dxa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sz w:val="20"/>
                <w:szCs w:val="20"/>
              </w:rPr>
              <w:br/>
            </w:r>
            <w:r w:rsidRPr="005A7935">
              <w:rPr>
                <w:rFonts w:ascii="Garamond" w:hAnsi="Garamond"/>
                <w:sz w:val="20"/>
                <w:szCs w:val="20"/>
              </w:rPr>
              <w:br/>
            </w:r>
          </w:p>
        </w:tc>
        <w:tc>
          <w:tcPr>
            <w:tcW w:w="4320" w:type="dxa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sz w:val="20"/>
                <w:szCs w:val="20"/>
              </w:rPr>
              <w:br/>
            </w:r>
            <w:r w:rsidRPr="005A7935">
              <w:rPr>
                <w:rFonts w:ascii="Garamond" w:hAnsi="Garamond"/>
                <w:sz w:val="20"/>
                <w:szCs w:val="20"/>
              </w:rPr>
              <w:br/>
            </w:r>
          </w:p>
        </w:tc>
        <w:tc>
          <w:tcPr>
            <w:tcW w:w="2697" w:type="dxa"/>
            <w:vAlign w:val="center"/>
          </w:tcPr>
          <w:p w:rsidR="00AC76FD" w:rsidRPr="005A7935" w:rsidRDefault="00F31A0A" w:rsidP="007A3983">
            <w:pPr>
              <w:spacing w:after="20"/>
              <w:jc w:val="both"/>
              <w:rPr>
                <w:rFonts w:ascii="Garamond" w:hAnsi="Garamond"/>
                <w:sz w:val="20"/>
                <w:szCs w:val="20"/>
              </w:rPr>
            </w:pPr>
            <w:r w:rsidRPr="005A7935">
              <w:rPr>
                <w:rFonts w:ascii="Garamond" w:hAnsi="Garamond"/>
                <w:sz w:val="20"/>
                <w:szCs w:val="20"/>
              </w:rPr>
              <w:br/>
            </w:r>
            <w:r w:rsidRPr="005A7935">
              <w:rPr>
                <w:rFonts w:ascii="Garamond" w:hAnsi="Garamond"/>
                <w:sz w:val="20"/>
                <w:szCs w:val="20"/>
              </w:rPr>
              <w:br/>
            </w:r>
          </w:p>
        </w:tc>
      </w:tr>
    </w:tbl>
    <w:p w:rsidR="00AC76FD" w:rsidRPr="005A7935" w:rsidRDefault="00F31A0A" w:rsidP="007A3983">
      <w:pPr>
        <w:pStyle w:val="Titolo1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>DICHIARAZIONI FINALI</w:t>
      </w:r>
    </w:p>
    <w:p w:rsidR="007A3983" w:rsidRPr="005A7935" w:rsidRDefault="007A3983" w:rsidP="007A3983">
      <w:pPr>
        <w:rPr>
          <w:rFonts w:ascii="Garamond" w:hAnsi="Garamond"/>
          <w:sz w:val="20"/>
          <w:szCs w:val="20"/>
        </w:rPr>
      </w:pPr>
    </w:p>
    <w:p w:rsidR="00AC76FD" w:rsidRPr="005A7935" w:rsidRDefault="00F31A0A" w:rsidP="007A3983">
      <w:pPr>
        <w:spacing w:after="160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sz w:val="20"/>
          <w:szCs w:val="20"/>
        </w:rPr>
        <w:t>Il/La sottoscritto/a dichiara che le informazioni rese sono veritiere e prende atto che i dati personali saranno trattati per le finalità e secondo le modalità indicate nell’avviso, ai sensi del Regolamento (UE) 2016/679.</w:t>
      </w:r>
    </w:p>
    <w:p w:rsidR="007A3983" w:rsidRPr="005A7935" w:rsidRDefault="007A3983" w:rsidP="007A3983">
      <w:pPr>
        <w:spacing w:after="160"/>
        <w:jc w:val="both"/>
        <w:rPr>
          <w:rFonts w:ascii="Garamond" w:hAnsi="Garamond"/>
          <w:b/>
          <w:sz w:val="20"/>
          <w:szCs w:val="20"/>
        </w:rPr>
      </w:pPr>
    </w:p>
    <w:p w:rsidR="00AC76FD" w:rsidRPr="005A7935" w:rsidRDefault="00F31A0A" w:rsidP="007A3983">
      <w:pPr>
        <w:spacing w:after="160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 xml:space="preserve">Luogo e data: </w:t>
      </w:r>
      <w:r w:rsidRPr="005A7935">
        <w:rPr>
          <w:rFonts w:ascii="Garamond" w:hAnsi="Garamond"/>
          <w:sz w:val="20"/>
          <w:szCs w:val="20"/>
        </w:rPr>
        <w:t>_____________________________________</w:t>
      </w:r>
    </w:p>
    <w:p w:rsidR="007A3983" w:rsidRPr="005A7935" w:rsidRDefault="007A3983" w:rsidP="007A3983">
      <w:pPr>
        <w:spacing w:after="60"/>
        <w:jc w:val="both"/>
        <w:rPr>
          <w:rFonts w:ascii="Garamond" w:hAnsi="Garamond"/>
          <w:b/>
          <w:sz w:val="20"/>
          <w:szCs w:val="20"/>
        </w:rPr>
      </w:pPr>
    </w:p>
    <w:p w:rsidR="00AC76FD" w:rsidRPr="005A7935" w:rsidRDefault="00F31A0A" w:rsidP="007A3983">
      <w:pPr>
        <w:spacing w:after="60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b/>
          <w:sz w:val="20"/>
          <w:szCs w:val="20"/>
        </w:rPr>
        <w:t>Firma digitale del dichiarante</w:t>
      </w:r>
    </w:p>
    <w:p w:rsidR="00AC76FD" w:rsidRPr="005A7935" w:rsidRDefault="00F31A0A" w:rsidP="007A3983">
      <w:pPr>
        <w:spacing w:after="0"/>
        <w:jc w:val="both"/>
        <w:rPr>
          <w:rFonts w:ascii="Garamond" w:hAnsi="Garamond"/>
          <w:sz w:val="20"/>
          <w:szCs w:val="20"/>
        </w:rPr>
      </w:pPr>
      <w:r w:rsidRPr="005A7935">
        <w:rPr>
          <w:rFonts w:ascii="Garamond" w:hAnsi="Garamond"/>
          <w:i/>
          <w:sz w:val="20"/>
          <w:szCs w:val="20"/>
        </w:rPr>
        <w:t>La domanda deve essere sottoscritta esclusivamente con firma digitale.</w:t>
      </w:r>
    </w:p>
    <w:sectPr w:rsidR="00AC76FD" w:rsidRPr="005A7935" w:rsidSect="005A7935">
      <w:footerReference w:type="default" r:id="rId9"/>
      <w:pgSz w:w="12240" w:h="15840"/>
      <w:pgMar w:top="893" w:right="1325" w:bottom="893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998" w:rsidRDefault="00BD4998" w:rsidP="00AC76FD">
      <w:pPr>
        <w:spacing w:after="0" w:line="240" w:lineRule="auto"/>
      </w:pPr>
      <w:r>
        <w:separator/>
      </w:r>
    </w:p>
  </w:endnote>
  <w:endnote w:type="continuationSeparator" w:id="1">
    <w:p w:rsidR="00BD4998" w:rsidRDefault="00BD4998" w:rsidP="00AC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FD" w:rsidRDefault="00F31A0A">
    <w:pPr>
      <w:pStyle w:val="Pidipagina"/>
      <w:jc w:val="center"/>
    </w:pPr>
    <w:r>
      <w:rPr>
        <w:color w:val="5A5A5A"/>
        <w:sz w:val="16"/>
      </w:rPr>
      <w:t>Consorzio Intercomunale Acquedotto Vina • Manifestazione di interesse RSPP 2026/2028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998" w:rsidRDefault="00BD4998" w:rsidP="00AC76FD">
      <w:pPr>
        <w:spacing w:after="0" w:line="240" w:lineRule="auto"/>
      </w:pPr>
      <w:r>
        <w:separator/>
      </w:r>
    </w:p>
  </w:footnote>
  <w:footnote w:type="continuationSeparator" w:id="1">
    <w:p w:rsidR="00BD4998" w:rsidRDefault="00BD4998" w:rsidP="00AC7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714A2"/>
    <w:rsid w:val="0015074B"/>
    <w:rsid w:val="0029639D"/>
    <w:rsid w:val="00326F90"/>
    <w:rsid w:val="00526027"/>
    <w:rsid w:val="005A7935"/>
    <w:rsid w:val="005B0548"/>
    <w:rsid w:val="0071030D"/>
    <w:rsid w:val="007A3983"/>
    <w:rsid w:val="007B0D2F"/>
    <w:rsid w:val="00AA1D8D"/>
    <w:rsid w:val="00AC76FD"/>
    <w:rsid w:val="00B47730"/>
    <w:rsid w:val="00B65E8E"/>
    <w:rsid w:val="00BD4998"/>
    <w:rsid w:val="00CB0664"/>
    <w:rsid w:val="00CC0469"/>
    <w:rsid w:val="00F31A0A"/>
    <w:rsid w:val="00F67DD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color w:val="000000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CC04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quedottovina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– Manifestazione di interesse RSPP 2026/2028</dc:title>
  <dc:subject>Consorzio Intercomunale Acquedotto Vina</dc:subject>
  <dc:creator/>
  <cp:keywords/>
  <dc:description>generated by python-docx</dc:description>
  <cp:lastModifiedBy>AV1</cp:lastModifiedBy>
  <cp:revision>6</cp:revision>
  <dcterms:created xsi:type="dcterms:W3CDTF">2013-12-23T23:15:00Z</dcterms:created>
  <dcterms:modified xsi:type="dcterms:W3CDTF">2026-10-02T10:20:00Z</dcterms:modified>
  <cp:category/>
</cp:coreProperties>
</file>